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קברניטים מתקשרים ברדיו ימי ולמה צריך שפה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קוד ואת תפקידן בתקשורת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כלל הימין בים ולקשר אותו לכללי תנועה בכביש ובאוויר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שהשיחה תהיה ברורה גם כשיש 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אחת פונה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שניהם משתמשים בשפה משותפת וכללים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עלול להיות בלבול או 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שפה משותפת כדי שכולם יבינו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כמו בראבו ברורה יותר מהאות ב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כללים כמו כלל הימין במעבר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הכלל הוא לפנות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הצד השני יודע שהתור שלו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קברניט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(מכשיר שקברניטים מדברים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(מילת קוד לאות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שמסמנת סיום 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(כלל תנועה כשאוניות נפגשות)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שמדבר עם טייסים)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האונייה פונה לרדיו ואומרת למי היא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הקברניט אומר את שם האונייה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הקברניט מעביר מסר קצר וברור עם מילות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הקברניט מסיים את ההודעה במילה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הצד השני עונה ומאשר שהבין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שיחה קצרה עם פתיחה (למי קוראים), שם האונייה, מילת קוד אחת לפחות, מסר ברור וסיום במילה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שכללים ושפה משותפת מונעים תאונות ובלבול כשאנשים מתרבויות שונות נפגשים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תזהה שהשפה המשותפת מונעת בלבול ותאונות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תזכיר שכל אונייה פונה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שמקשרת לכללים בכביש, בכיתה או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בפועל עם שני תלמידים שהולכים זה לקראת זה וכל אחד פונה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כמה מילות קוד בקול רם לפני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איש תלוי באלפבית הקוד מתאים לחיזוק הזיכרון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אוניות גדולות נפגשות בים. אין שם רמזור. הקברניטים מדברים ברדיו עם מילים מיוחדות כדי להבין אחד את השני.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רדיו 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שקברניטים מדברים בו אונייה עם אונייה או עם נמל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אלפבית 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אות יש מילה מיוחדת, כמו בראבו לאות 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הימין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כששתי אוניות נפגשות פנים מול פנים, כל אחת פונה ימינה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בים שבו יש מעט מקום לתנועה של 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ברדיו כדי לסמן שסיימתי לדבר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קברניט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שמפקד על האונייה ומקבל 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מגדל פיקוח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שממנו מדברים עם טייסים ומכוונים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 משותפת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תקשורת שכולם מבינים בלי קשר לשפת האם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אומרים 'בראבו' ולא רק 'ב'?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שהשיחה תהיה ברורה גם כשיש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שהשיחה תהיה סודית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לדבר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עושות שתי אוניות שנפגשות?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עוצרות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אחת פונה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אחת פונה ימינה והשנייה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הגדולה יותר ממשיכה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אומרים בסוף הודעה ברדיו?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דומה בין קברניט לטייס?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לא צריכים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משתמשים בשפה משותפת וכללים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נוסעים על 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לא מדברים ברדיו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בלי שפה 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בעיה כי אוניות לא נפגשות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עלול להיות בלבול או 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האונייה עוצרת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ברדיו הימי כל אדם יכול לדבר בשפה שלו ואין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אלפבית הקוד עוזר להבין אות גם כשיש רעש ברדיו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בים אין כללי תנועה כמו בכביש או באוויר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כשאוניות נפגשות פנים מול פנים במעבר צר, כל אחת פונה שמאלה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עבור נאמרת ברדיו כדי לסמן סיום דיבור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כששתי אוניות נפגשות פנים מול פנים במעבר צר, כל אחת פונה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לומר את האות ב, קברניטים אומרים את מילת הקוד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הודעה ברדיו ימי אומרים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בים שבו יש מעט מקום לתנועה נקרא 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האדם שמפקד על האונייה ומקבל החלטות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רדיו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כלל תנועה כשאוניות נפגשות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מכשיר שקברניטים מדברים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שמדבר עם טייסים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הימין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שמסמנת סיום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 פיקוח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מילת קוד לאות 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 מעביר מסר קצר וברור עם מילות 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הצד השני עונה ומאשר שהבין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פונה לרדיו ואומרת למי היא קוראת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 אומר את שם האונייה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 מסיים את ההודעה במילה 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שיחת קשר קצרה בין אונייה לנמל, עם פתיחה, שם האונייה, מילת קוד אחת וסיום עבור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בעולם גלובלי חשוב שיהיו כללים ושפה משותפת גם בים, גם באוויר וגם בכביש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שפה משותפת בים,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מה עושות שתי אוניות שנפגשות פנים מול פנים במעבר 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בחיים שלכם גם צריך כללים ושפה משותפת כדי לא להתנגש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שמדברות ברדיו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