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איך קברניטים מתקשרים ברדיו ימי ולמה צריך שפה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קוד ואת תפקידן בתקשורת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כלל הימין בים ולקשר אותו לכללי תנועה בכביש ובאוויר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שהשיחה תהיה ברורה גם כשיש רעש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כל אחת פונה ימינה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שפה משותפת כדי שכולם יבינו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מילה כמו בראבו ברורה יותר מהאות ב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כללים כמו כלל הימין במעבר 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בראבו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(מכשיר שקברניטים מדברים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(מילת קוד לאות 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(מילה שמסמנת סיום 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(כלל תנועה כשאוניות נפגשות)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האונייה פונה לרדיו ואומרת למי היא קוראת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הקברניט אומר את שם האונייה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הקברניט מעביר מסר קצר וברור עם מילות 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הקברניט מסיים את ההודעה במילה עבור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כותבים שיחה קצרה עם פתיחה (למי קוראים), שם האונייה, מילת קוד אחת לפחות, מסר ברור וסיום במילה עבור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שכללים ושפה משותפת מונעים תאונות ובלבול כשאנשים מתרבויות שונות נפגשים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תזהה שהשפה המשותפת מונעת בלבול ותאונות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תזכיר שכל אונייה פונה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שמקשרת לכללים בכביש, בכיתה או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בפועל עם שני תלמידים שהולכים זה לקראת זה וכל אחד פונה ימינה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כמה מילות קוד בקול רם לפני 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איש תלוי באלפבית הקוד מתאים לחיזוק הזיכרון בסיום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אוניות שמדברות ברדיו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כשאוניות ענקיות נפגשות בים בערפל, אין רמזורים ואין קווים על המים. קברניטים משתמשים ברדיו ימי, באלפבית קוד ובכללים קבועים כדי להבין זה את זה ולהחליט מי זז לאן.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ימינה  ·  בראבו  ·  עבור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ברדיו הימי משתמשים באלפבית קוד ולא רק באותיות רגילות?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שהשיחה תהיה ברורה גם כשיש 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שהשיחה תהיה סודית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כדי לחסוך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כלל הימין בין שתי אוניות שנפגשות פנים מול פנים?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שתיהן עוצרות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אחת פונה ימינה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אחת פונה ימינה והשנייה שמאלה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ברדיו הימי כל אדם יכול לדבר בשפה שלו ואין בעיה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אלפבית הקוד עוזר להבין אות גם כשיש רעש ברדיו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בים אין כללי תנועה כמו בכביש או באוויר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כששתי אוניות נפגשות פנים מול פנים במעבר צר, כל אחת פונה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במקום לומר את האות ב, קברניטים אומרים את מילת הקוד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בסוף הודעה ברדיו ימי אומרים את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רדיו ימי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שמסמנת סיום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בראבו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כלל תנועה כשאוניות נפגשות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עבור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מכשיר שקברניטים מדברים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כלל הימין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מילת קוד לאות 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הקברניט מעביר מסר קצר וברור עם מילות קוד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הקברניט אומר את שם האונייה שלו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הקברניט מסיים את ההודעה במילה עבור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האונייה פונה לרדיו ואומרת למי היא קוראת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שיחת קשר קצרה בין אונייה לנמל, עם פתיחה, שם האונייה, מילת קוד אחת וסיום עבור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למה בעולם גלובלי חשוב שיהיו כללים ושפה משותפת גם בים, גם באוויר וגם בכביש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שפה משותפת בים, ולמה היא חשובה?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הסבירו מה עושות שתי אוניות שנפגשות פנים מול פנים במעבר 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אוניות שמדברות ברדיו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